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Monthly Investor Update Template</w:t>
      </w:r>
    </w:p>
    <w:p>
      <w:r>
        <w:rPr>
          <w:i/>
        </w:rPr>
        <w:t>This is an editable template for guidance only. It is not legal, tax, or financial advice. Review it with a qualified professional before you rely on it.</w:t>
      </w:r>
    </w:p>
    <w:p>
      <w:pPr>
        <w:pStyle w:val="Heading1"/>
      </w:pPr>
      <w:r>
        <w:t>Subject</w:t>
      </w:r>
    </w:p>
    <w:p>
      <w:r>
        <w:t>[Company] Investor Update, [Month Year]</w:t>
      </w:r>
    </w:p>
    <w:p>
      <w:pPr>
        <w:pStyle w:val="Heading1"/>
      </w:pPr>
      <w:r>
        <w:t>TL;DR</w:t>
      </w:r>
    </w:p>
    <w:p>
      <w:r>
        <w:t>Two or three sentences: the single most important thing this month, the headline metric, and any ask.</w:t>
      </w:r>
    </w:p>
    <w:p>
      <w:pPr>
        <w:pStyle w:val="Heading1"/>
      </w:pPr>
      <w:r>
        <w:t>Key Metrics</w:t>
      </w:r>
    </w:p>
    <w:p>
      <w:r>
        <w:t xml:space="preserve">MRR or Revenue: [ ] (MoM change). </w:t>
      </w:r>
    </w:p>
    <w:p>
      <w:r>
        <w:t xml:space="preserve">Active users or customers: [ ]. </w:t>
      </w:r>
    </w:p>
    <w:p>
      <w:r>
        <w:t xml:space="preserve">Net revenue retention: [ ]. </w:t>
      </w:r>
    </w:p>
    <w:p>
      <w:r>
        <w:t>Cash in bank: [ ]. Net monthly burn: [ ]. Runway: [ ] months.</w:t>
      </w:r>
    </w:p>
    <w:p>
      <w:pPr>
        <w:pStyle w:val="Heading1"/>
      </w:pPr>
      <w:r>
        <w:t>Wins</w:t>
      </w:r>
    </w:p>
    <w:p>
      <w:r>
        <w:t>Two to four concrete wins this month (customers, product, hires, press).</w:t>
      </w:r>
    </w:p>
    <w:p>
      <w:pPr>
        <w:pStyle w:val="Heading1"/>
      </w:pPr>
      <w:r>
        <w:t>Challenges</w:t>
      </w:r>
    </w:p>
    <w:p>
      <w:r>
        <w:t>Be honest. The two or three things that are hard right now. Investors help more when they know the truth.</w:t>
      </w:r>
    </w:p>
    <w:p>
      <w:pPr>
        <w:pStyle w:val="Heading1"/>
      </w:pPr>
      <w:r>
        <w:t>Asks</w:t>
      </w:r>
    </w:p>
    <w:p>
      <w:r>
        <w:t>Specific help you need: intros to [ ], candidates for [ ] roles, advice on [ ].</w:t>
      </w:r>
    </w:p>
    <w:p>
      <w:pPr>
        <w:pStyle w:val="Heading1"/>
      </w:pPr>
      <w:r>
        <w:t>Note</w:t>
      </w:r>
    </w:p>
    <w:p>
      <w:r>
        <w:t>Keep it under 750 words, send it on the same day each month, and pair it with the KPI tracker in your financial model. This is an editable template for guidance only. It is not legal, tax, or financial advice. Review it with a qualified professional before you rely on 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